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irmala UI" w:hAnsi="Nirmala UI" w:eastAsia="Nirmala UI"/>
          <w:b/>
          <w:color w:val="0B2545"/>
          <w:sz w:val="48"/>
        </w:rPr>
        <w:t>BizNovia A to Z User Manual</w:t>
      </w:r>
    </w:p>
    <w:p>
      <w:pPr>
        <w:jc w:val="center"/>
      </w:pPr>
      <w:r>
        <w:rPr>
          <w:rFonts w:ascii="Nirmala UI" w:hAnsi="Nirmala UI" w:eastAsia="Nirmala UI"/>
          <w:sz w:val="24"/>
        </w:rPr>
        <w:t>Business Operating System SaaS - Functional Documentation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Item</w:t>
            </w:r>
          </w:p>
        </w:tc>
        <w:tc>
          <w:tcPr>
            <w:tcW w:type="dxa" w:w="4968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Details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Project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BizNovia modular SaaS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Backend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Laravel API in backend/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Vue app in frontend/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Versioned /api/v1 JSON API for web and future mobile apps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Audience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Admin, tenant/company users, employees, customers, developers</w:t>
            </w:r>
          </w:p>
        </w:tc>
      </w:tr>
    </w:tbl>
    <w:p/>
    <w:p>
      <w:r>
        <w:br w:type="page"/>
      </w:r>
    </w:p>
    <w:p>
      <w:pPr>
        <w:pStyle w:val="Heading1"/>
      </w:pPr>
      <w:r>
        <w:t>Table of Contents</w:t>
      </w:r>
    </w:p>
    <w:p>
      <w:r>
        <w:t>1. Application Overview</w:t>
      </w:r>
    </w:p>
    <w:p>
      <w:r>
        <w:t>2. User Types and Login Accounts</w:t>
      </w:r>
    </w:p>
    <w:p>
      <w:r>
        <w:t>3. Core Navigation</w:t>
      </w:r>
    </w:p>
    <w:p>
      <w:r>
        <w:t>4. Authentication Functions</w:t>
      </w:r>
    </w:p>
    <w:p>
      <w:r>
        <w:t>5. Company, Tenant, and Subscription</w:t>
      </w:r>
    </w:p>
    <w:p>
      <w:r>
        <w:t>6. Dashboard</w:t>
      </w:r>
    </w:p>
    <w:p>
      <w:r>
        <w:t>7. Invoice Module</w:t>
      </w:r>
    </w:p>
    <w:p>
      <w:r>
        <w:t>8. POS Module and Barcode Scanner</w:t>
      </w:r>
    </w:p>
    <w:p>
      <w:r>
        <w:t>9. Inventory Module</w:t>
      </w:r>
    </w:p>
    <w:p>
      <w:r>
        <w:t>10. Accounting Module</w:t>
      </w:r>
    </w:p>
    <w:p>
      <w:r>
        <w:t>11. CRM Module</w:t>
      </w:r>
    </w:p>
    <w:p>
      <w:r>
        <w:t>12. Reports Module</w:t>
      </w:r>
    </w:p>
    <w:p>
      <w:r>
        <w:t>13. Notifications Module</w:t>
      </w:r>
    </w:p>
    <w:p>
      <w:r>
        <w:t>14. Settings, Employees, and Workspace Admin</w:t>
      </w:r>
    </w:p>
    <w:p>
      <w:r>
        <w:t>15. Customer Portal</w:t>
      </w:r>
    </w:p>
    <w:p>
      <w:r>
        <w:t>16. Super Admin</w:t>
      </w:r>
    </w:p>
    <w:p>
      <w:r>
        <w:t>17. Roles, Features, and Permissions</w:t>
      </w:r>
    </w:p>
    <w:p>
      <w:r>
        <w:t>18. Common Workflows</w:t>
      </w:r>
    </w:p>
    <w:p>
      <w:r>
        <w:t>19. API and Mobile App Usage</w:t>
      </w:r>
    </w:p>
    <w:p>
      <w:r>
        <w:t>20. Frontend and API Routes</w:t>
      </w:r>
    </w:p>
    <w:p>
      <w:r>
        <w:t>21. Troubleshooting</w:t>
      </w:r>
    </w:p>
    <w:p>
      <w:r>
        <w:t>22. Developer and Deployment Notes</w:t>
      </w:r>
    </w:p>
    <w:p>
      <w:r>
        <w:br w:type="page"/>
      </w:r>
    </w:p>
    <w:p>
      <w:pPr>
        <w:pStyle w:val="Heading1"/>
      </w:pPr>
      <w:r>
        <w:t>1. Application Overview</w:t>
      </w:r>
    </w:p>
    <w:p>
      <w:r>
        <w:t>BizNovia একটি modular Business Operating System SaaS. এর উদ্দেশ্য হলো ছোট ও মাঝারি ব্যবসার invoice, POS, inventory, accounting, CRM, reports, notification এবং customer portal এক জায়গা থেকে চালানো।</w:t>
      </w:r>
    </w:p>
    <w:p>
      <w:r>
        <w:t>Application টি API-first হিসেবে তৈরি, তাই একই backend API দিয়ে web frontend ছাড়াও future mobile app build করা যাবে।</w:t>
      </w:r>
    </w:p>
    <w:p>
      <w:pPr>
        <w:pStyle w:val="ListBullet"/>
      </w:pPr>
      <w:r>
        <w:t>Backend থাকে backend folder-এ এবং Laravel module structure follow করে।</w:t>
      </w:r>
    </w:p>
    <w:p>
      <w:pPr>
        <w:pStyle w:val="ListBullet"/>
      </w:pPr>
      <w:r>
        <w:t>Frontend থাকে frontend folder-এ এবং Vue module structure follow করে।</w:t>
      </w:r>
    </w:p>
    <w:p>
      <w:pPr>
        <w:pStyle w:val="ListBullet"/>
      </w:pPr>
      <w:r>
        <w:t>প্রতিটি tenant/company আলাদা workspace হিসেবে কাজ করে।</w:t>
      </w:r>
    </w:p>
    <w:p>
      <w:pPr>
        <w:pStyle w:val="ListBullet"/>
      </w:pPr>
      <w:r>
        <w:t>Feature এবং permission দুই স্তরে access control করা হয়।</w:t>
      </w:r>
    </w:p>
    <w:p>
      <w:pPr>
        <w:pStyle w:val="Heading1"/>
      </w:pPr>
      <w:r>
        <w:t>2. User Types and Login Accounts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User Type</w:t>
            </w:r>
          </w:p>
        </w:tc>
        <w:tc>
          <w:tcPr>
            <w:tcW w:type="dxa" w:w="2484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Account আছে?</w:t>
            </w:r>
          </w:p>
        </w:tc>
        <w:tc>
          <w:tcPr>
            <w:tcW w:type="dxa" w:w="2484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Dashboard</w:t>
            </w:r>
          </w:p>
        </w:tc>
        <w:tc>
          <w:tcPr>
            <w:tcW w:type="dxa" w:w="2484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Main Purpose</w:t>
            </w:r>
          </w:p>
        </w:tc>
      </w:tr>
      <w:tr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Super Admin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হ্যাঁ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Super Admin dashboard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Plans, modules, companies, subscriptions manage করা</w:t>
            </w:r>
          </w:p>
        </w:tc>
      </w:tr>
      <w:tr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Company/Tenant User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হ্যাঁ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Workspace dashboard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নিজ company workspace চালানো</w:t>
            </w:r>
          </w:p>
        </w:tc>
      </w:tr>
      <w:tr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Employee/Admin/Member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হ্যাঁ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Permission-based workspace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Assigned modules ব্যবহার করা</w:t>
            </w:r>
          </w:p>
        </w:tc>
      </w:tr>
      <w:tr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Portal User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হ্যাঁ, আলাদা portal account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portal</w:t>
            </w:r>
          </w:p>
        </w:tc>
        <w:tc>
          <w:tcPr>
            <w:tcW w:type="dxa" w:w="2484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নিজ invoice দেখা, profile/password update করা</w:t>
            </w:r>
          </w:p>
        </w:tc>
      </w:tr>
    </w:tbl>
    <w:p/>
    <w:p>
      <w:pPr>
        <w:pStyle w:val="Heading1"/>
      </w:pPr>
      <w:r>
        <w:t>3. Core Navigation</w:t>
      </w:r>
    </w:p>
    <w:p>
      <w:r>
        <w:t>Login করার পরে user Dashboard-এ যায়। Sidebar-এ শুধু সেই module দেখা যায় যেগুলো current plan-এ enabled এবং user permission-এ allowed।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Menu</w:t>
            </w:r>
          </w:p>
        </w:tc>
        <w:tc>
          <w:tcPr>
            <w:tcW w:type="dxa" w:w="4968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Use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Dashboard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Business summary, alerts, sales trend, quick module links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Invoices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Customer, invoice, payment এবং portal account manage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 sale, barcode scan, payment, receipt print/export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Inventory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Product, category, supplier, purchase, stock adjustment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Finance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Accounts, ledger, expense, transfer, finance summary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CRM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Lead, stage, activity, follow-up, customer conversion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Reports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Overview, sales, inventory, CRM reports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Notifications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Business alerts and notifications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Companies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Workspace switch, company create, plan switch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Employees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Team member add/remove/role update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Settings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profile, defaults, alert rules</w:t>
            </w:r>
          </w:p>
        </w:tc>
      </w:tr>
    </w:tbl>
    <w:p/>
    <w:p>
      <w:pPr>
        <w:pStyle w:val="Heading1"/>
      </w:pPr>
      <w:r>
        <w:t>4. Authentication Functions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Register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নতুন tenant user account create করে token দেয়।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Register page-এ name, email, password, confirm password দিয়ে submit করুন। এরপর onboarding page-এ company create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Login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Existing user login করে workspace access দেয়।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Email/password দিয়ে login করুন। Login redirect query থাকলে safe internal route-এ যায়।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Forgot Password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Password reset link email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Forgot password page-এ email দিয়ে Send Reset Link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Reset Password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Valid reset token দিয়ে new password set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Email link থেকে open করে new password এবং confirmation দিন।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Email Verification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Signed verification link দিয়ে email verified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Email থেকে link open করলে verify endpoint hit হয়। Success হলে dashboard button দেখা যায়।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Logout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Current Sanctum token revoke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Topbar Logout button চাপুন।</w:t>
            </w:r>
          </w:p>
        </w:tc>
      </w:tr>
    </w:tbl>
    <w:p/>
    <w:p>
      <w:pPr>
        <w:pStyle w:val="Heading1"/>
      </w:pPr>
      <w:r>
        <w:t>5. Company, Tenant, and Subscription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Create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নতুন business workspace তৈরি করে starter subscription attach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Companies বা onboarding page থেকে company name, email, phone, currency, timezone দিন।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Switch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User-এর একাধিক workspace থাকলে active company switch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Companies page-এ target company row থেকে Use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Tenant Current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Current company, plan, feature, permission load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Login/company switch-এর পরে frontend automatically call করে। Mobile app-ও এটা ব্যবহার করবে।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Plan Switch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Current company subscription অন্য plan-এ switch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Companies বা Locked Module page থেকে plan select করে Use Plan/Upgrade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Locked Module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Plan-এ module না থাকলে upgrade page দেখায়।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Locked page eligible plans দেখায়; owner/admin plan switch করতে পারে।</w:t>
            </w:r>
          </w:p>
        </w:tc>
      </w:tr>
    </w:tbl>
    <w:p/>
    <w:p>
      <w:pPr>
        <w:pStyle w:val="Heading1"/>
      </w:pPr>
      <w:r>
        <w:t>6. Dashboard</w:t>
      </w:r>
    </w:p>
    <w:p>
      <w:r>
        <w:t>Dashboard হলো current workspace-এর command center. এটি enabled features অনুযায়ী data দেখায়। Locked modules direct open না করে locked state দেখায়।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Widget/Function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Meaning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 Sales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Selected period POS sales total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Reports feature enabled থাকলে auto show হয়।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Due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Unpaid invoice amount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collection follow-up করতে ব্যবহার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Open Leads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CRM open leads count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CRM review করার signal।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Unread Notifications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Unread notifications count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Notifications page open করে read/manage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Account Balance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Accounting accounts balance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Finance page থেকে details দেখুন।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Operations Links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Feature-aware quick links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Enabled module-এ click করলে module open হয়, disabled হলে locked indication থাকে।</w:t>
            </w:r>
          </w:p>
        </w:tc>
      </w:tr>
    </w:tbl>
    <w:p/>
    <w:p>
      <w:pPr>
        <w:pStyle w:val="Heading1"/>
      </w:pPr>
      <w:r>
        <w:t>7. Invoice Module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List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customers list/filter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Invoices page-এর Customers section থেকে search/filter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Create Customer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record create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Name, email, phone, address দিয়ে Add Customer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Update/Deactivate Customer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details বা status update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row থেকে Edit করে save/deactivate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Create Invoice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Item quantity, price, tax, discount থেকে invoice totals calculate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optional, issue/due date, items add করে Create Invoice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Record Payment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paid_total/due_total/status update করে। Accounting account দিলে ledger inflow হয়।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row থেকে payment amount/method/account দিয়ে Mark Paid/Record Payment।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Cancel Invoice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Unpaid invoice cancel করে। Paid invoice cancel করা যায় না।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status eligible হলে Cancel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Export HTML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Printable invoice HTML open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Export/Print action ব্যবহার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Portal Account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login credential create/update/revoke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row থেকে portal account section ব্যবহার করুন।</w:t>
            </w:r>
          </w:p>
        </w:tc>
      </w:tr>
    </w:tbl>
    <w:p/>
    <w:p>
      <w:pPr>
        <w:pStyle w:val="Heading1"/>
      </w:pPr>
      <w:r>
        <w:t>8. POS Module and Barcode Scanner</w:t>
      </w:r>
    </w:p>
    <w:p>
      <w:r>
        <w:t>POS module product sale complete করে stock কমায়। Barcode scanner USB/Bluetooth keyboard input হিসেবে কাজ করে। Scanner field focus থাকলে scan শেষে Enter দিলে product auto cart-এ যোগ হয়।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 Search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Name, SKU, barcode দিয়ে product filter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 Search field-এ টাইপ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Barcode Scan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Exact active product lookup by barcode/SKU করে cart-এ add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Barcode Scanner field focus করুন, scan করুন, scanner Enter পাঠালে item add হবে।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Add to Cart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Selected product cart line item হিসেবে add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 list থেকে Add চাপুন। Stock না থাকলে error দেখাবে।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Cart Edit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Qty, price, discount, tax edit করে line total update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Cart row-এর inputs update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Complete Sale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Sale create, stock decrease, optional account inflow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Payment method, paid amount, account select করে Complete Sale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Void Sale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Sale void করে stock এবং ledger reverse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Recent Sales থেকে eligible sale-এ Void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Print/Export Receipt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Receipt preview/HTML export/print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Recent Sales row থেকে Preview, Export, Print ব্যবহার করুন।</w:t>
            </w:r>
          </w:p>
        </w:tc>
      </w:tr>
    </w:tbl>
    <w:p/>
    <w:p>
      <w:pPr>
        <w:pStyle w:val="Heading1"/>
      </w:pPr>
      <w:r>
        <w:t>9. Inventory Module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Categories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 grouping manage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Category name add করুন; edit/deactivate করা যায়।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SKU, barcode, price, stock threshold সহ product manage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Create Product form থেকে product create করুন; barcode field scanner/POS lookup-এ কাজে লাগে।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 Lookup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Barcode/SKU দিয়ে exact active product find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 barcode scan internally `/inventory/products/lookup?code=` ব্যবহার করে।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Stock Adjustment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Manual stock plus/minus করে stock movement রাখে।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Products list থেকে +1/-1 বা adjust action ব্যবহার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Suppliers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Supplier info manage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Create Supplier form থেকে add; list থেকে edit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Receive Purchase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Purchase items receive করে stock বাড়ায়। Account দিলে expense/outflow ledger হয়।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Supplier/account/date/items দিয়ে Receive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Cancel Purchase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Purchase reverse করে stock এবং ledger undo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Purchase row থেকে Cancel চাপুন; stock enough না থাকলে cancel হবে না।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CSV Export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Products/purchases export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Filters apply করে Export CSV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Low Stock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Threshold equal/below products দেখায়।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Low Stock panel বা low stock filter ব্যবহার করুন।</w:t>
            </w:r>
          </w:p>
        </w:tc>
      </w:tr>
    </w:tbl>
    <w:p/>
    <w:p>
      <w:pPr>
        <w:pStyle w:val="Heading1"/>
      </w:pPr>
      <w:r>
        <w:t>10. Accounting Module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Summary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Income, expense, net profit দেখায়।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Date filter apply করলে selected period summary দেখায়।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Financial Accounts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Cash/bank/mobile wallet/card accounts manage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Account name/type/opening balance দিয়ে Add Account।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Manual Ledger Entry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Manual income/expense/adjustment/transfer entry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Account, date, amount, type, direction, description দিয়ে Save Entry।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Account Transfer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এক account থেকে অন্য account-এ transfer করে two ledger rows তৈরি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From, To, amount, date দিয়ে Transfer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Expense Categories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Expense classification manage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Category add/edit/deactivate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Record Expense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Expense entry করে; account দিলে ledger outflow sync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Category/account/date/amount/payment/vendor দিয়ে Save Expense।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Void Expense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Expense void করে related ledger reverse/remove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Expense list থেকে Void চাপুন।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CSV Export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Ledger/expenses export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Filters apply করে Export CSV চাপুন।</w:t>
            </w:r>
          </w:p>
        </w:tc>
      </w:tr>
    </w:tbl>
    <w:p/>
    <w:p>
      <w:pPr>
        <w:pStyle w:val="Heading1"/>
      </w:pPr>
      <w:r>
        <w:t>11. CRM Module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Create Lead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Prospect/customer opportunity create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Name, company, email, phone, source, value, follow-up date দিন।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Lead Board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New, Contacted, Qualified, Proposal, Won, Lost stage অনুযায়ী leads group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Stage card থেকে lead Open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Stage Update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Lead progress update করে; Won/Lost হলে status closed হয়।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Lead Details select dropdown থেকে stage change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Activity Add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Call/email/meeting/task/note activity add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Subject, type, description, next follow-up date দিয়ে Add Activity।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Follow-up Tracking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Due follow-up indicators দেখায়।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Follow-ups Due metric দেখে CRM review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Convert to Customer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Won lead থেকে invoice customer create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Lead Details থেকে Convert Customer চাপুন।</w:t>
            </w:r>
          </w:p>
        </w:tc>
      </w:tr>
    </w:tbl>
    <w:p/>
    <w:p>
      <w:pPr>
        <w:pStyle w:val="Heading1"/>
      </w:pPr>
      <w:r>
        <w:t>12. Reports Module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Report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Overview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Sales, invoice due, payments, purchases, stock, CRM totals।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Date range/preset select করে Apply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Sales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Daily sales and payment method breakdown।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Sales section থেকে trend দেখুন।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Inventory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Products, stock value, low stock, purchases।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Inventory report section review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CRM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Lead counts, pipeline, upcoming follow-ups।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CRM report section review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Print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Report print view।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Print button ব্যবহার করুন।</w:t>
            </w:r>
          </w:p>
        </w:tc>
      </w:tr>
    </w:tbl>
    <w:p/>
    <w:p>
      <w:pPr>
        <w:pStyle w:val="Heading1"/>
      </w:pPr>
      <w:r>
        <w:t>13. Notifications Module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Notification List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Manual notifications and system alerts দেখায়।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Notifications page open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Live Business Alerts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Low stock, invoice due, CRM follow-up alert generate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Settings alert toggles দিয়ে control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Read/Unread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Notifications read state manage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Mark read বা Mark all read ব্যবহার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Create Notification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Manual notification create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Type, title, message, action URL দিয়ে create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Auto Refresh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Page periodic refresh করে latest alerts আনে।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Manual Refresh button-ও আছে।</w:t>
            </w:r>
          </w:p>
        </w:tc>
      </w:tr>
    </w:tbl>
    <w:p/>
    <w:p>
      <w:pPr>
        <w:pStyle w:val="Heading1"/>
      </w:pPr>
      <w:r>
        <w:t>14. Settings, Employees, and Workspace Admin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Settings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Profile, currency, timezone, prefixes, tax, payment terms, alert rules update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Settings page থেকে edit করে Save Settings।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Business Prefixes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Invoice/POS/Purchase/Expense number prefix control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Settings &gt; Business Defaults।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Alert Rules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Low stock, invoice due, CRM follow-up alerts on/off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Settings &gt; Alert Rules checkboxes।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Employees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Owner/admin/member team manage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Employees page থেকে add, role update, remove। Owner remove করা যায় না।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Companies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Workspace list, select, create, plan switch।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Companies page ব্যবহার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Onboarding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First company setup flow।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Registration-এর পর company and plan choose করুন।</w:t>
            </w:r>
          </w:p>
        </w:tc>
      </w:tr>
    </w:tbl>
    <w:p/>
    <w:p>
      <w:pPr>
        <w:pStyle w:val="Heading1"/>
      </w:pPr>
      <w:r>
        <w:t>15. Customer Portal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Portal Login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own portal account দিয়ে login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portal login page-এ email/password দিন।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Portal Dashboard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Total/unpaid/overdue/due invoice summary দেখায়।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Login করার পর dashboard দেখুন।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List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only own invoices দেখতে পারে।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Status/search/pagination দিয়ে invoice খুঁজুন।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Detail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items/payment history দেখায়।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row থেকে View/Open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Profile Update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name/email/phone update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Profile section edit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Password Change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Current password verify করে new password set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Password form submit করুন।</w:t>
            </w:r>
          </w:p>
        </w:tc>
      </w:tr>
    </w:tbl>
    <w:p/>
    <w:p>
      <w:pPr>
        <w:pStyle w:val="Heading1"/>
      </w:pPr>
      <w:r>
        <w:t>16. Super Admin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Function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Description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How to Use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Summary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Platform companies, subscriptions, plans, MRR।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Super Admin page top metrics।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Plan Management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SaaS plans create/update/activate/deactivate।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Plan form and plan list actions ব্যবহার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Feature Management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Modules/features enable/disable করে।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Features section toggle/update।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Status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Tenant active/inactive status control।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Companies section status update।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Subscription Management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Tenant plan, billing cycle, status update।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Subscriptions section controls।</w:t>
            </w:r>
          </w:p>
        </w:tc>
      </w:tr>
    </w:tbl>
    <w:p/>
    <w:p>
      <w:pPr>
        <w:pStyle w:val="Heading1"/>
      </w:pPr>
      <w:r>
        <w:t>17. Roles, Features, and Permissions</w:t>
      </w:r>
    </w:p>
    <w:p>
      <w:r>
        <w:t>Access control দুই স্তরে কাজ করে: subscription plan feature enabled কিনা, এবং user permission আছে কিনা। Sidebar, route guard এবং backend middleware একই rule enforce করে।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Permission</w:t>
            </w:r>
          </w:p>
        </w:tc>
        <w:tc>
          <w:tcPr>
            <w:tcW w:type="dxa" w:w="4968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Allows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*.view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Module data দেখা/list/detail/export করা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*.manage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Create/update/delete/cancel/void/receive/payment actions করা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settings.manage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settings update করা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users.manage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Employees add/remove/role update করা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subscriptions.manage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plan switch করা</w:t>
            </w:r>
          </w:p>
        </w:tc>
      </w:tr>
      <w:tr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super-admin</w:t>
            </w:r>
          </w:p>
        </w:tc>
        <w:tc>
          <w:tcPr>
            <w:tcW w:type="dxa" w:w="4968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Platform-level admin endpoints and UI access</w:t>
            </w:r>
          </w:p>
        </w:tc>
      </w:tr>
    </w:tbl>
    <w:p/>
    <w:p>
      <w:pPr>
        <w:pStyle w:val="Heading1"/>
      </w:pPr>
      <w:r>
        <w:t>18. Common Workflows</w:t>
      </w:r>
    </w:p>
    <w:p>
      <w:pPr>
        <w:pStyle w:val="ListNumber"/>
      </w:pPr>
      <w:r>
        <w:t>New user: Register -&gt; verify email -&gt; create company in onboarding -&gt; dashboard open.</w:t>
      </w:r>
    </w:p>
    <w:p>
      <w:pPr>
        <w:pStyle w:val="ListNumber"/>
      </w:pPr>
      <w:r>
        <w:t>New product sale: Inventory product create with barcode -&gt; POS barcode scan -&gt; Complete Sale -&gt; stock decreases.</w:t>
      </w:r>
    </w:p>
    <w:p>
      <w:pPr>
        <w:pStyle w:val="ListNumber"/>
      </w:pPr>
      <w:r>
        <w:t>Purchase stock: Inventory Receive Purchase -&gt; stock increases -&gt; optional accounting outflow created.</w:t>
      </w:r>
    </w:p>
    <w:p>
      <w:pPr>
        <w:pStyle w:val="ListNumber"/>
      </w:pPr>
      <w:r>
        <w:t>Invoice collection: Create customer -&gt; create invoice -&gt; record payment -&gt; invoice due total updates.</w:t>
      </w:r>
    </w:p>
    <w:p>
      <w:pPr>
        <w:pStyle w:val="ListNumber"/>
      </w:pPr>
      <w:r>
        <w:t>Customer portal: Create portal account -&gt; give login to customer -&gt; customer views own invoices.</w:t>
      </w:r>
    </w:p>
    <w:p>
      <w:pPr>
        <w:pStyle w:val="ListNumber"/>
      </w:pPr>
      <w:r>
        <w:t>Team setup: Owner opens Employees -&gt; adds member/admin -&gt; permissions apply automatically.</w:t>
      </w:r>
    </w:p>
    <w:p>
      <w:pPr>
        <w:pStyle w:val="ListNumber"/>
      </w:pPr>
      <w:r>
        <w:t>Upgrade module: Locked page opens -&gt; owner/admin chooses plan -&gt; route unlocks after plan switch.</w:t>
      </w:r>
    </w:p>
    <w:p>
      <w:pPr>
        <w:pStyle w:val="Heading1"/>
      </w:pPr>
      <w:r>
        <w:t>19. API and Mobile App Usage</w:t>
      </w:r>
    </w:p>
    <w:p>
      <w:r>
        <w:t>Mobile app একই `/api/v1` backend ব্যবহার করবে। Tenant user token এবং customer portal token আলাদা রাখতে হবে।</w:t>
      </w:r>
    </w:p>
    <w:p>
      <w:pPr>
        <w:pStyle w:val="ListNumber"/>
      </w:pPr>
      <w:r>
        <w:t>Tenant app login: POST /auth/login.</w:t>
      </w:r>
    </w:p>
    <w:p>
      <w:pPr>
        <w:pStyle w:val="ListNumber"/>
      </w:pPr>
      <w:r>
        <w:t>Token store করুন and Authorization Bearer header পাঠান।</w:t>
      </w:r>
    </w:p>
    <w:p>
      <w:pPr>
        <w:pStyle w:val="ListNumber"/>
      </w:pPr>
      <w:r>
        <w:t>GET /companies দিয়ে company list নিন।</w:t>
      </w:r>
    </w:p>
    <w:p>
      <w:pPr>
        <w:pStyle w:val="ListNumber"/>
      </w:pPr>
      <w:r>
        <w:t>Selected company id `X-Company-ID` header হিসেবে পাঠান।</w:t>
      </w:r>
    </w:p>
    <w:p>
      <w:pPr>
        <w:pStyle w:val="ListNumber"/>
      </w:pPr>
      <w:r>
        <w:t>GET /tenant/current দিয়ে features/permissions hydrate করুন।</w:t>
      </w:r>
    </w:p>
    <w:p>
      <w:pPr>
        <w:pStyle w:val="ListNumber"/>
      </w:pPr>
      <w:r>
        <w:t>403 feature response পেলে locked/upgrade screen দেখান।</w:t>
      </w:r>
    </w:p>
    <w:p>
      <w:pPr>
        <w:pStyle w:val="Heading1"/>
      </w:pPr>
      <w:r>
        <w:t>20. Frontend and API Routes</w:t>
      </w:r>
    </w:p>
    <w:p>
      <w:r>
        <w:t>এই section-এ web app page routes এবং backend API route groups দেওয়া হলো। Frontend routes browser URL হিসেবে ব্যবহার হয়; API routes mobile app, web frontend, and integrations থেকে call করা যাবে।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Route Type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Route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Purpose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Authenticated workspace dashboard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/login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Tenant user login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/register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Tenant user registration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/forgot-password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Password reset request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/reset-password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Set new password from reset token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/verify-email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Email verification result page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/onboarding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First company/workspace setup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/invoices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Invoice and customer management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/pos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 sale and barcode scanner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/inventory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Inventory, stock, suppliers, purchases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/finance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Accounting, ledger, expense, transfer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/crm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CRM leads and activities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/reports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Business reports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/notifications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Notifications and live alerts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/locked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Locked module upgrade page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/settings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 settings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/settings/companies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Company/workspace switch and plans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/settings/members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Employees/team management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/super-admin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Platform super admin panel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/customer-portal/login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portal login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/customer-portal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portal dashboard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Frontend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/customer-portal/invoices/:id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invoice detail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GET /api/v1/health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Backend health check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Auth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POST /api/v1/auth/register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Register tenant user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Auth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POST /api/v1/auth/login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Login tenant user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Auth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POST /api/v1/auth/forgot-password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Request reset link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Auth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POST /api/v1/auth/reset-password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Reset password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Auth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GET /api/v1/auth/me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Current user profile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Tenant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GET /api/v1/plans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Public active plans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Tenant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GET/POST /api/v1/companies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List/create workspaces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Tenant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GET /api/v1/tenant/current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Current tenant context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Tenant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PATCH /api/v1/tenant/settings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Update company settings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Tenant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POST /api/v1/tenant/subscription/switch-plan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Switch company plan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Tenant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GET/POST/PATCH/DELETE /api/v1/tenant/members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Team member management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Invoice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/api/v1/customers, /api/v1/invoices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Customers, invoices, payments, export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Customer Portal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/api/v1/customer-portal/*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login, dashboard, invoices, profile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POS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/api/v1/pos/sales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Sales, void, receipt export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Inventory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/api/v1/inventory/*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Categories, products, barcode lookup, stock, purchases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Accounting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/api/v1/accounting/*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Accounts, ledger, transfers, expenses, summary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CRM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/api/v1/crm/*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Lead summary, leads, activities, conversion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Reports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/api/v1/reports/*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Overview, sales, inventory, CRM reports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Notifications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/api/v1/notifications/*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Notifications, alerts, read state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API Super Admin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/api/v1/super-admin/*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Platform plans, features, companies, subscriptions</w:t>
            </w:r>
          </w:p>
        </w:tc>
      </w:tr>
    </w:tbl>
    <w:p/>
    <w:p>
      <w:pPr>
        <w:pStyle w:val="Heading1"/>
      </w:pPr>
      <w:r>
        <w:t>21. Troubleshooting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Problem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Likely Cause</w:t>
            </w:r>
          </w:p>
        </w:tc>
        <w:tc>
          <w:tcPr>
            <w:tcW w:type="dxa" w:w="3312"/>
            <w:shd w:fill="E8EEF5"/>
            <w:vAlign w:val="center"/>
          </w:tcPr>
          <w:p>
            <w:r/>
            <w:r>
              <w:rPr>
                <w:rFonts w:ascii="Nirmala UI" w:hAnsi="Nirmala UI" w:eastAsia="Nirmala UI"/>
                <w:b/>
                <w:sz w:val="18"/>
              </w:rPr>
              <w:t>Fix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Registration/Login failed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Validation, duplicate email, backend down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Backend health check করুন, exact API error পড়ুন।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Module locked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Current plan feature missing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Companies/Locked page থেকে plan upgrade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Menu missing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User permission নেই বা feature disabled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Employee role/plan check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Barcode scan not working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Input focus নেই বা product barcode save নেই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POS Barcode Scanner field focus করুন; Inventory product barcode verify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Stock negative error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Sale/adjust/cancel quantity stock থেকে বেশি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Inventory stock review করে quantity ঠিক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cannot login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Portal account inactive/password wrong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Customer portal account update/revoke/reset করুন।</w:t>
            </w:r>
          </w:p>
        </w:tc>
      </w:tr>
      <w:tr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Email not received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MAIL_MAILER log/local config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rFonts w:ascii="Nirmala UI" w:hAnsi="Nirmala UI" w:eastAsia="Nirmala UI"/>
                <w:b w:val="0"/>
                <w:sz w:val="18"/>
              </w:rPr>
              <w:t>Production mail provider configure করুন।</w:t>
            </w:r>
          </w:p>
        </w:tc>
      </w:tr>
    </w:tbl>
    <w:p/>
    <w:p>
      <w:pPr>
        <w:pStyle w:val="Heading1"/>
      </w:pPr>
      <w:r>
        <w:t>22. Developer and Deployment Notes</w:t>
      </w:r>
    </w:p>
    <w:p>
      <w:pPr>
        <w:pStyle w:val="ListBullet"/>
      </w:pPr>
      <w:r>
        <w:t>Local frontend: http://127.0.0.1:5174.</w:t>
      </w:r>
    </w:p>
    <w:p>
      <w:pPr>
        <w:pStyle w:val="ListBullet"/>
      </w:pPr>
      <w:r>
        <w:t>Local backend: http://127.0.0.1:8000.</w:t>
      </w:r>
    </w:p>
    <w:p>
      <w:pPr>
        <w:pStyle w:val="ListBullet"/>
      </w:pPr>
      <w:r>
        <w:t>Run backend tests with `php artisan test`.</w:t>
      </w:r>
    </w:p>
    <w:p>
      <w:pPr>
        <w:pStyle w:val="ListBullet"/>
      </w:pPr>
      <w:r>
        <w:t>Run frontend build with `npm run build`.</w:t>
      </w:r>
    </w:p>
    <w:p>
      <w:pPr>
        <w:pStyle w:val="ListBullet"/>
      </w:pPr>
      <w:r>
        <w:t>Production deployment needs APP_ENV=production, APP_DEBUG=false, real mail config, queue worker, scheduler, SSL/domain, and frontend origin in CORS_ALLOWED_ORIGINS.</w:t>
      </w:r>
    </w:p>
    <w:p>
      <w:pPr>
        <w:pStyle w:val="ListBullet"/>
      </w:pPr>
      <w:r>
        <w:t>Full endpoint reference is available in docs/API_REFERENCE.md.</w:t>
      </w:r>
    </w:p>
    <w:p>
      <w:pPr>
        <w:sectPr>
          <w:footerReference w:type="default" r:id="rId9"/>
          <w:pgSz w:w="12240" w:h="15840"/>
          <w:pgMar w:top="1152" w:right="1152" w:bottom="1152" w:left="1152" w:header="720" w:footer="720" w:gutter="0"/>
          <w:cols w:space="720"/>
          <w:docGrid w:linePitch="360"/>
        </w:sectPr>
      </w:pPr>
    </w:p>
    <w:sectPr w:rsidR="00FC693F" w:rsidRPr="0006063C" w:rsidSect="00034616">
      <w:type w:val="continuous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BizNovia A to Z User Manual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Nirmala UI" w:hAnsi="Nirmala UI" w:eastAsia="Nirmala U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Nirmala UI" w:hAnsi="Nirmala UI" w:eastAsia="Nirmala UI"/>
      <w:b/>
      <w:bCs/>
      <w:color w:val="1F4D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Nirmala UI" w:hAnsi="Nirmala UI" w:eastAsia="Nirmala U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irmala UI" w:hAnsi="Nirmala UI" w:eastAsia="Nirmala UI"/>
      <w:b/>
      <w:bCs/>
      <w:color w:val="1F4D7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contextualSpacing/>
    </w:pPr>
    <w:rPr>
      <w:rFonts w:ascii="Nirmala UI" w:hAnsi="Nirmala UI" w:eastAsia="Nirmala U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contextualSpacing/>
    </w:pPr>
    <w:rPr>
      <w:rFonts w:ascii="Nirmala UI" w:hAnsi="Nirmala UI" w:eastAsia="Nirmala U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